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anchor xmlns:a="http://schemas.openxmlformats.org/drawingml/2006/main" xmlns:pic="http://schemas.openxmlformats.org/drawingml/2006/picture" behindDoc="0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Northway Buses Tickets for Golden Yellow Paper</dc:title>
  <dc:subject/>
  <dc:creator>The Cryptic Bureau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