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Nordmark Rail Train Tickets for Coral Paper</dc:title>
  <dc:subject/>
  <dc:creator>The Cryptic Bureau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