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behindDoc="0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Longship Ferries Tickets for Dark Green Paper</dc:title>
  <dc:subject/>
  <dc:creator>The Cryptic Bureau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